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1E3A8A"/>
          <w:sz w:val="32"/>
        </w:rPr>
        <w:t>[Dein Firmenname]</w:t>
      </w:r>
    </w:p>
    <w:p>
      <w:pPr>
        <w:spacing w:after="360"/>
      </w:pPr>
      <w:r>
        <w:rPr>
          <w:b w:val="0"/>
          <w:color w:val="64748B"/>
          <w:sz w:val="17"/>
        </w:rPr>
        <w:t>[Straße Hausnummer] · [PLZ Ort] · [Telefon] · [E-Mail]</w:t>
      </w:r>
    </w:p>
    <w:p>
      <w:pPr>
        <w:spacing w:after="40"/>
      </w:pPr>
      <w:r>
        <w:rPr>
          <w:b w:val="0"/>
          <w:color w:val="64748B"/>
          <w:sz w:val="14"/>
        </w:rPr>
        <w:t>[Dein Firmenname] · [Straße] · [PLZ Ort]</w:t>
      </w:r>
    </w:p>
    <w:p>
      <w:pPr>
        <w:spacing w:after="0"/>
      </w:pPr>
      <w:r>
        <w:rPr>
          <w:b w:val="0"/>
        </w:rPr>
        <w:t>[Kunde / Firma]</w:t>
      </w:r>
    </w:p>
    <w:p>
      <w:pPr>
        <w:spacing w:after="0"/>
      </w:pPr>
      <w:r>
        <w:rPr>
          <w:b w:val="0"/>
        </w:rPr>
        <w:t>[z. Hd. Ansprechpartner]</w:t>
      </w:r>
    </w:p>
    <w:p>
      <w:pPr>
        <w:spacing w:after="0"/>
      </w:pPr>
      <w:r>
        <w:rPr>
          <w:b w:val="0"/>
        </w:rPr>
        <w:t>[Straße Hausnummer]</w:t>
      </w:r>
    </w:p>
    <w:p>
      <w:pPr>
        <w:spacing w:after="0"/>
      </w:pPr>
      <w:r>
        <w:rPr>
          <w:b w:val="0"/>
        </w:rPr>
        <w:t>[PLZ Ort]</w:t>
      </w:r>
    </w:p>
    <w:p>
      <w:pPr>
        <w:spacing w:after="280"/>
      </w:pPr>
      <w:r>
        <w:rPr>
          <w:b w:val="0"/>
        </w:rPr>
      </w:r>
    </w:p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2381"/>
        <w:gridCol w:w="2381"/>
        <w:gridCol w:w="2381"/>
        <w:gridCol w:w="2381"/>
      </w:tblGrid>
      <w:tr>
        <w:tc>
          <w:tcPr>
            <w:tcW w:type="dxa" w:w="2381"/>
          </w:tcPr>
          <w:p>
            <w:r/>
            <w:r>
              <w:rPr>
                <w:color w:val="64748B"/>
                <w:sz w:val="15"/>
              </w:rPr>
              <w:t>Rechnungsnummer</w:t>
            </w:r>
          </w:p>
        </w:tc>
        <w:tc>
          <w:tcPr>
            <w:tcW w:type="dxa" w:w="2381"/>
          </w:tcPr>
          <w:p>
            <w:r/>
            <w:r>
              <w:rPr>
                <w:color w:val="64748B"/>
                <w:sz w:val="15"/>
              </w:rPr>
              <w:t>Rechnungsdatum</w:t>
            </w:r>
          </w:p>
        </w:tc>
        <w:tc>
          <w:tcPr>
            <w:tcW w:type="dxa" w:w="2381"/>
          </w:tcPr>
          <w:p>
            <w:r/>
            <w:r>
              <w:rPr>
                <w:color w:val="64748B"/>
                <w:sz w:val="15"/>
              </w:rPr>
              <w:t>Leistungsdatum</w:t>
            </w:r>
          </w:p>
        </w:tc>
        <w:tc>
          <w:tcPr>
            <w:tcW w:type="dxa" w:w="2381"/>
          </w:tcPr>
          <w:p>
            <w:r/>
            <w:r>
              <w:rPr>
                <w:color w:val="64748B"/>
                <w:sz w:val="15"/>
              </w:rPr>
              <w:t>Kundennummer</w:t>
            </w:r>
          </w:p>
        </w:tc>
      </w:tr>
      <w:tr>
        <w:tc>
          <w:tcPr>
            <w:tcW w:type="dxa" w:w="2381"/>
          </w:tcPr>
          <w:p>
            <w:r/>
            <w:r>
              <w:rPr>
                <w:b/>
                <w:sz w:val="19"/>
              </w:rPr>
              <w:t>[RE-2026-001]</w:t>
            </w:r>
          </w:p>
        </w:tc>
        <w:tc>
          <w:tcPr>
            <w:tcW w:type="dxa" w:w="2381"/>
          </w:tcPr>
          <w:p>
            <w:r/>
            <w:r>
              <w:rPr>
                <w:b/>
                <w:sz w:val="19"/>
              </w:rPr>
              <w:t>[TT.MM.JJJJ]</w:t>
            </w:r>
          </w:p>
        </w:tc>
        <w:tc>
          <w:tcPr>
            <w:tcW w:type="dxa" w:w="2381"/>
          </w:tcPr>
          <w:p>
            <w:r/>
            <w:r>
              <w:rPr>
                <w:b/>
                <w:sz w:val="19"/>
              </w:rPr>
              <w:t>[TT.MM.JJJJ]</w:t>
            </w:r>
          </w:p>
        </w:tc>
        <w:tc>
          <w:tcPr>
            <w:tcW w:type="dxa" w:w="2381"/>
          </w:tcPr>
          <w:p>
            <w:r/>
            <w:r>
              <w:rPr>
                <w:b/>
                <w:sz w:val="19"/>
              </w:rPr>
              <w:t>[optional]</w:t>
            </w:r>
          </w:p>
        </w:tc>
      </w:tr>
    </w:tbl>
    <w:p>
      <w:pPr>
        <w:spacing w:after="120"/>
      </w:pPr>
      <w:r>
        <w:rPr>
          <w:b w:val="0"/>
        </w:rPr>
      </w:r>
    </w:p>
    <w:p>
      <w:pPr>
        <w:spacing w:after="40"/>
      </w:pPr>
      <w:r>
        <w:rPr>
          <w:b/>
          <w:sz w:val="36"/>
        </w:rPr>
        <w:t>Rechnung</w:t>
      </w:r>
    </w:p>
    <w:p>
      <w:pPr>
        <w:spacing w:after="40"/>
      </w:pPr>
      <w:r>
        <w:rPr>
          <w:b w:val="0"/>
        </w:rPr>
        <w:t>Sehr geehrte Damen und Herren,</w:t>
      </w:r>
    </w:p>
    <w:p>
      <w:pPr>
        <w:spacing w:after="200"/>
      </w:pPr>
      <w:r>
        <w:rPr>
          <w:b w:val="0"/>
        </w:rPr>
        <w:t>für die erbrachten Leistungen erlauben wir uns, wie folgt zu berechnen: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680"/>
        <w:gridCol w:w="3969"/>
        <w:gridCol w:w="907"/>
        <w:gridCol w:w="1020"/>
        <w:gridCol w:w="1361"/>
        <w:gridCol w:w="1361"/>
      </w:tblGrid>
      <w:tr>
        <w:tc>
          <w:tcPr>
            <w:tcW w:type="dxa" w:w="680"/>
            <w:shd w:val="clear" w:color="auto" w:fill="EEF2FF"/>
          </w:tcPr>
          <w:p>
            <w:r/>
            <w:r>
              <w:rPr>
                <w:b/>
                <w:sz w:val="17"/>
              </w:rPr>
              <w:t>Pos.</w:t>
            </w:r>
          </w:p>
        </w:tc>
        <w:tc>
          <w:tcPr>
            <w:tcW w:type="dxa" w:w="3969"/>
            <w:shd w:val="clear" w:color="auto" w:fill="EEF2FF"/>
          </w:tcPr>
          <w:p>
            <w:r/>
            <w:r>
              <w:rPr>
                <w:b/>
                <w:sz w:val="17"/>
              </w:rPr>
              <w:t>Bezeichnung</w:t>
            </w:r>
          </w:p>
        </w:tc>
        <w:tc>
          <w:tcPr>
            <w:tcW w:type="dxa" w:w="907"/>
            <w:shd w:val="clear" w:color="auto" w:fill="EEF2FF"/>
          </w:tcPr>
          <w:p>
            <w:r/>
            <w:r>
              <w:rPr>
                <w:b/>
                <w:sz w:val="17"/>
              </w:rPr>
              <w:t>Menge</w:t>
            </w:r>
          </w:p>
        </w:tc>
        <w:tc>
          <w:tcPr>
            <w:tcW w:type="dxa" w:w="1020"/>
            <w:shd w:val="clear" w:color="auto" w:fill="EEF2FF"/>
          </w:tcPr>
          <w:p>
            <w:r/>
            <w:r>
              <w:rPr>
                <w:b/>
                <w:sz w:val="17"/>
              </w:rPr>
              <w:t>Einheit</w:t>
            </w:r>
          </w:p>
        </w:tc>
        <w:tc>
          <w:tcPr>
            <w:tcW w:type="dxa" w:w="1361"/>
            <w:shd w:val="clear" w:color="auto" w:fill="EEF2FF"/>
          </w:tcPr>
          <w:p>
            <w:r/>
            <w:r>
              <w:rPr>
                <w:b/>
                <w:sz w:val="17"/>
              </w:rPr>
              <w:t>Einzelpreis</w:t>
            </w:r>
          </w:p>
        </w:tc>
        <w:tc>
          <w:tcPr>
            <w:tcW w:type="dxa" w:w="1361"/>
            <w:shd w:val="clear" w:color="auto" w:fill="EEF2FF"/>
          </w:tcPr>
          <w:p>
            <w:r/>
            <w:r>
              <w:rPr>
                <w:b/>
                <w:sz w:val="17"/>
              </w:rPr>
              <w:t>Gesamt</w:t>
            </w:r>
          </w:p>
        </w:tc>
      </w:tr>
      <w:tr>
        <w:tc>
          <w:tcPr>
            <w:tcW w:type="dxa" w:w="680"/>
          </w:tcPr>
          <w:p>
            <w:r>
              <w:t>1</w:t>
            </w:r>
          </w:p>
        </w:tc>
        <w:tc>
          <w:tcPr>
            <w:tcW w:type="dxa" w:w="3969"/>
          </w:tcPr>
          <w:p>
            <w:r>
              <w:t>[Leistung oder Artikel]</w:t>
            </w:r>
          </w:p>
        </w:tc>
        <w:tc>
          <w:tcPr>
            <w:tcW w:type="dxa" w:w="907"/>
          </w:tcPr>
          <w:p>
            <w:pPr>
              <w:jc w:val="right"/>
            </w:pPr>
            <w:r>
              <w:t>[1]</w:t>
            </w:r>
          </w:p>
        </w:tc>
        <w:tc>
          <w:tcPr>
            <w:tcW w:type="dxa" w:w="1020"/>
          </w:tcPr>
          <w:p>
            <w:pPr>
              <w:jc w:val="right"/>
            </w:pPr>
            <w:r>
              <w:t>[Std]</w:t>
            </w:r>
          </w:p>
        </w:tc>
        <w:tc>
          <w:tcPr>
            <w:tcW w:type="dxa" w:w="1361"/>
          </w:tcPr>
          <w:p>
            <w:pPr>
              <w:jc w:val="right"/>
            </w:pPr>
            <w:r>
              <w:t>[0,00 €]</w:t>
            </w:r>
          </w:p>
        </w:tc>
        <w:tc>
          <w:tcPr>
            <w:tcW w:type="dxa" w:w="1361"/>
          </w:tcPr>
          <w:p>
            <w:pPr>
              <w:jc w:val="right"/>
            </w:pPr>
            <w:r>
              <w:t>[0,00 €]</w:t>
            </w:r>
          </w:p>
        </w:tc>
      </w:tr>
      <w:tr>
        <w:tc>
          <w:tcPr>
            <w:tcW w:type="dxa" w:w="680"/>
          </w:tcPr>
          <w:p>
            <w:r>
              <w:t>2</w:t>
            </w:r>
          </w:p>
        </w:tc>
        <w:tc>
          <w:tcPr>
            <w:tcW w:type="dxa" w:w="3969"/>
          </w:tcPr>
          <w:p>
            <w:r>
              <w:t>[Leistung oder Artikel]</w:t>
            </w:r>
          </w:p>
        </w:tc>
        <w:tc>
          <w:tcPr>
            <w:tcW w:type="dxa" w:w="907"/>
          </w:tcPr>
          <w:p>
            <w:pPr>
              <w:jc w:val="right"/>
            </w:pPr>
            <w:r>
              <w:t>[1]</w:t>
            </w:r>
          </w:p>
        </w:tc>
        <w:tc>
          <w:tcPr>
            <w:tcW w:type="dxa" w:w="1020"/>
          </w:tcPr>
          <w:p>
            <w:pPr>
              <w:jc w:val="right"/>
            </w:pPr>
            <w:r>
              <w:t>[Std]</w:t>
            </w:r>
          </w:p>
        </w:tc>
        <w:tc>
          <w:tcPr>
            <w:tcW w:type="dxa" w:w="1361"/>
          </w:tcPr>
          <w:p>
            <w:pPr>
              <w:jc w:val="right"/>
            </w:pPr>
            <w:r>
              <w:t>[0,00 €]</w:t>
            </w:r>
          </w:p>
        </w:tc>
        <w:tc>
          <w:tcPr>
            <w:tcW w:type="dxa" w:w="1361"/>
          </w:tcPr>
          <w:p>
            <w:pPr>
              <w:jc w:val="right"/>
            </w:pPr>
            <w:r>
              <w:t>[0,00 €]</w:t>
            </w:r>
          </w:p>
        </w:tc>
      </w:tr>
      <w:tr>
        <w:tc>
          <w:tcPr>
            <w:tcW w:type="dxa" w:w="680"/>
          </w:tcPr>
          <w:p>
            <w:r>
              <w:t>3</w:t>
            </w:r>
          </w:p>
        </w:tc>
        <w:tc>
          <w:tcPr>
            <w:tcW w:type="dxa" w:w="3969"/>
          </w:tcPr>
          <w:p>
            <w:r>
              <w:t>[Leistung oder Artikel]</w:t>
            </w:r>
          </w:p>
        </w:tc>
        <w:tc>
          <w:tcPr>
            <w:tcW w:type="dxa" w:w="907"/>
          </w:tcPr>
          <w:p>
            <w:pPr>
              <w:jc w:val="right"/>
            </w:pPr>
            <w:r>
              <w:t>[1]</w:t>
            </w:r>
          </w:p>
        </w:tc>
        <w:tc>
          <w:tcPr>
            <w:tcW w:type="dxa" w:w="1020"/>
          </w:tcPr>
          <w:p>
            <w:pPr>
              <w:jc w:val="right"/>
            </w:pPr>
            <w:r>
              <w:t>[Std]</w:t>
            </w:r>
          </w:p>
        </w:tc>
        <w:tc>
          <w:tcPr>
            <w:tcW w:type="dxa" w:w="1361"/>
          </w:tcPr>
          <w:p>
            <w:pPr>
              <w:jc w:val="right"/>
            </w:pPr>
            <w:r>
              <w:t>[0,00 €]</w:t>
            </w:r>
          </w:p>
        </w:tc>
        <w:tc>
          <w:tcPr>
            <w:tcW w:type="dxa" w:w="1361"/>
          </w:tcPr>
          <w:p>
            <w:pPr>
              <w:jc w:val="right"/>
            </w:pPr>
            <w:r>
              <w:t>[0,00 €]</w:t>
            </w:r>
          </w:p>
        </w:tc>
      </w:tr>
      <w:tr>
        <w:tc>
          <w:tcPr>
            <w:tcW w:type="dxa" w:w="680"/>
          </w:tcPr>
          <w:p>
            <w:r>
              <w:t>4</w:t>
            </w:r>
          </w:p>
        </w:tc>
        <w:tc>
          <w:tcPr>
            <w:tcW w:type="dxa" w:w="3969"/>
          </w:tcPr>
          <w:p>
            <w:r>
              <w:t>[Leistung oder Artikel]</w:t>
            </w:r>
          </w:p>
        </w:tc>
        <w:tc>
          <w:tcPr>
            <w:tcW w:type="dxa" w:w="907"/>
          </w:tcPr>
          <w:p>
            <w:pPr>
              <w:jc w:val="right"/>
            </w:pPr>
            <w:r>
              <w:t>[1]</w:t>
            </w:r>
          </w:p>
        </w:tc>
        <w:tc>
          <w:tcPr>
            <w:tcW w:type="dxa" w:w="1020"/>
          </w:tcPr>
          <w:p>
            <w:pPr>
              <w:jc w:val="right"/>
            </w:pPr>
            <w:r>
              <w:t>[Std]</w:t>
            </w:r>
          </w:p>
        </w:tc>
        <w:tc>
          <w:tcPr>
            <w:tcW w:type="dxa" w:w="1361"/>
          </w:tcPr>
          <w:p>
            <w:pPr>
              <w:jc w:val="right"/>
            </w:pPr>
            <w:r>
              <w:t>[0,00 €]</w:t>
            </w:r>
          </w:p>
        </w:tc>
        <w:tc>
          <w:tcPr>
            <w:tcW w:type="dxa" w:w="1361"/>
          </w:tcPr>
          <w:p>
            <w:pPr>
              <w:jc w:val="right"/>
            </w:pPr>
            <w:r>
              <w:t>[0,00 €]</w:t>
            </w:r>
          </w:p>
        </w:tc>
      </w:tr>
    </w:tbl>
    <w:p>
      <w:pPr>
        <w:spacing w:after="80"/>
      </w:pPr>
      <w:r>
        <w:rPr>
          <w:b w:val="0"/>
        </w:rPr>
      </w: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  <w:tblLayout w:type="fixed"/>
      </w:tblPr>
      <w:tblGrid>
        <w:gridCol w:w="3118"/>
        <w:gridCol w:w="1701"/>
      </w:tblGrid>
      <w:tr>
        <w:tc>
          <w:tcPr>
            <w:tcW w:type="dxa" w:w="3118"/>
          </w:tcPr>
          <w:p>
            <w:r/>
            <w:r>
              <w:rPr>
                <w:b w:val="0"/>
              </w:rPr>
              <w:t>Summe netto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</w:rPr>
              <w:t>[0,00 €]</w:t>
            </w:r>
          </w:p>
        </w:tc>
      </w:tr>
      <w:tr>
        <w:tc>
          <w:tcPr>
            <w:tcW w:type="dxa" w:w="3118"/>
          </w:tcPr>
          <w:p>
            <w:r/>
            <w:r>
              <w:rPr>
                <w:b w:val="0"/>
              </w:rPr>
              <w:t>zzgl. 19 % Umsatzsteuer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</w:rPr>
              <w:t>[0,00 €]</w:t>
            </w:r>
          </w:p>
        </w:tc>
      </w:tr>
      <w:tr>
        <w:tc>
          <w:tcPr>
            <w:tcW w:type="dxa" w:w="3118"/>
          </w:tcPr>
          <w:p>
            <w:r/>
            <w:r>
              <w:rPr>
                <w:b/>
              </w:rPr>
              <w:t>Rechnungsbetrag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/>
              </w:rPr>
              <w:t>[0,00 €]</w:t>
            </w:r>
          </w:p>
        </w:tc>
      </w:tr>
    </w:tbl>
    <w:p>
      <w:pPr>
        <w:spacing w:after="120"/>
      </w:pPr>
      <w:r>
        <w:rPr>
          <w:b w:val="0"/>
        </w:rPr>
      </w:r>
    </w:p>
    <w:p>
      <w:pPr>
        <w:spacing w:after="60"/>
      </w:pPr>
      <w:r>
        <w:rPr>
          <w:b w:val="0"/>
        </w:rPr>
        <w:t>Bitte überweisen Sie den Rechnungsbetrag bis zum [TT.MM.JJJJ] ohne Abzug unter Angabe der Rechnungsnummer.</w:t>
      </w:r>
    </w:p>
    <w:p>
      <w:pPr>
        <w:spacing w:after="60"/>
      </w:pPr>
      <w:r>
        <w:rPr>
          <w:b w:val="0"/>
          <w:color w:val="64748B"/>
        </w:rPr>
        <w:t>[Optional: Bei Zahlung bis zum TT.MM.JJJJ gewähren wir 2 % Skonto.]</w:t>
      </w:r>
    </w:p>
    <w:p>
      <w:pPr>
        <w:spacing w:after="240"/>
      </w:pPr>
      <w:r>
        <w:rPr>
          <w:b w:val="0"/>
          <w:color w:val="64748B"/>
        </w:rPr>
        <w:t>[Nur falls zutreffend, z. B.: Gemäß § 19 UStG wird keine Umsatzsteuer berechnet.]</w:t>
      </w:r>
    </w:p>
    <w:p>
      <w:pPr>
        <w:spacing w:after="400"/>
      </w:pPr>
      <w:r>
        <w:rPr>
          <w:b w:val="0"/>
        </w:rPr>
        <w:t>Vielen Dank für Ihren Auftrag!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175"/>
        <w:gridCol w:w="3175"/>
        <w:gridCol w:w="3175"/>
      </w:tblGrid>
      <w:tr>
        <w:tc>
          <w:tcPr>
            <w:tcW w:type="dxa" w:w="3175"/>
          </w:tcPr>
          <w:p>
            <w:pPr>
              <w:spacing w:after="0"/>
            </w:pPr>
            <w:r/>
            <w:r>
              <w:rPr>
                <w:color w:val="64748B"/>
                <w:sz w:val="15"/>
              </w:rPr>
              <w:t>[Firmenname]</w:t>
            </w:r>
          </w:p>
          <w:p>
            <w:pPr>
              <w:spacing w:after="0"/>
            </w:pPr>
            <w:r>
              <w:rPr>
                <w:color w:val="64748B"/>
                <w:sz w:val="15"/>
              </w:rPr>
              <w:t>[Inhaber / Geschäftsführer]</w:t>
            </w:r>
          </w:p>
          <w:p>
            <w:pPr>
              <w:spacing w:after="0"/>
            </w:pPr>
            <w:r>
              <w:rPr>
                <w:color w:val="64748B"/>
                <w:sz w:val="15"/>
              </w:rPr>
              <w:t>[Straße, PLZ Ort]</w:t>
            </w:r>
          </w:p>
        </w:tc>
        <w:tc>
          <w:tcPr>
            <w:tcW w:type="dxa" w:w="3175"/>
          </w:tcPr>
          <w:p>
            <w:pPr>
              <w:spacing w:after="0"/>
            </w:pPr>
            <w:r/>
            <w:r>
              <w:rPr>
                <w:color w:val="64748B"/>
                <w:sz w:val="15"/>
              </w:rPr>
              <w:t>Steuernummer: [123/456/78901]</w:t>
            </w:r>
          </w:p>
          <w:p>
            <w:pPr>
              <w:spacing w:after="0"/>
            </w:pPr>
            <w:r>
              <w:rPr>
                <w:color w:val="64748B"/>
                <w:sz w:val="15"/>
              </w:rPr>
              <w:t>oder USt-IdNr.: [DE123456789]</w:t>
            </w:r>
          </w:p>
          <w:p>
            <w:pPr>
              <w:spacing w:after="0"/>
            </w:pPr>
            <w:r>
              <w:rPr>
                <w:color w:val="64748B"/>
                <w:sz w:val="15"/>
              </w:rPr>
              <w:t>[Registergericht, HRB – falls vorhanden]</w:t>
            </w:r>
          </w:p>
        </w:tc>
        <w:tc>
          <w:tcPr>
            <w:tcW w:type="dxa" w:w="3175"/>
          </w:tcPr>
          <w:p>
            <w:pPr>
              <w:spacing w:after="0"/>
            </w:pPr>
            <w:r/>
            <w:r>
              <w:rPr>
                <w:color w:val="64748B"/>
                <w:sz w:val="15"/>
              </w:rPr>
              <w:t>[Bank]</w:t>
            </w:r>
          </w:p>
          <w:p>
            <w:pPr>
              <w:spacing w:after="0"/>
            </w:pPr>
            <w:r>
              <w:rPr>
                <w:color w:val="64748B"/>
                <w:sz w:val="15"/>
              </w:rPr>
              <w:t>IBAN: [DE00 0000 0000 0000 0000 00]</w:t>
            </w:r>
          </w:p>
          <w:p>
            <w:pPr>
              <w:spacing w:after="0"/>
            </w:pPr>
            <w:r>
              <w:rPr>
                <w:color w:val="64748B"/>
                <w:sz w:val="15"/>
              </w:rPr>
              <w:t>BIC: [XXXXDEXXXXX]</w:t>
            </w:r>
          </w:p>
        </w:tc>
      </w:tr>
    </w:tbl>
    <w:p>
      <w:pPr>
        <w:spacing w:after="200"/>
      </w:pPr>
      <w:r>
        <w:rPr>
          <w:b w:val="0"/>
        </w:rPr>
      </w:r>
    </w:p>
    <w:p>
      <w:pPr>
        <w:spacing w:after="80"/>
        <w:jc w:val="center"/>
      </w:pPr>
      <w:r>
        <w:rPr>
          <w:b w:val="0"/>
          <w:color w:val="64748B"/>
          <w:sz w:val="14"/>
        </w:rPr>
        <w:t>Vorlage von blitzbeleg.de – schneller, mit fortlaufender Nummer und als E-Rechnung: blitzbeleg.de</w:t>
      </w:r>
    </w:p>
    <w:sectPr w:rsidR="00FC693F" w:rsidRPr="0006063C" w:rsidSect="00034616">
      <w:pgSz w:w="11906" w:h="16838"/>
      <w:pgMar w:top="1134" w:right="1134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Rechnungsvorlage</dc:title>
  <dc:subject/>
  <dc:creator>Blitzbeleg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